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1463040" cy="1463040"/>
            <wp:docPr id="1" name="Picture 1"/>
            <wp:cNvGraphicFramePr>
              <a:graphicFrameLocks noChangeAspect="1"/>
            </wp:cNvGraphicFramePr>
            <a:graphic>
              <a:graphicData uri="http://schemas.openxmlformats.org/drawingml/2006/picture">
                <pic:pic>
                  <pic:nvPicPr>
                    <pic:cNvPr id="0" name="AE40DE77-32AF-45C5-9B75-DE456542AF39.png"/>
                    <pic:cNvPicPr/>
                  </pic:nvPicPr>
                  <pic:blipFill>
                    <a:blip r:embed="rId10"/>
                    <a:stretch>
                      <a:fillRect/>
                    </a:stretch>
                  </pic:blipFill>
                  <pic:spPr>
                    <a:xfrm>
                      <a:off x="0" y="0"/>
                      <a:ext cx="1463040" cy="1463040"/>
                    </a:xfrm>
                    <a:prstGeom prst="rect"/>
                  </pic:spPr>
                </pic:pic>
              </a:graphicData>
            </a:graphic>
          </wp:inline>
        </w:drawing>
      </w:r>
    </w:p>
    <w:p>
      <w:pPr>
        <w:pStyle w:val="RootophiaTitle"/>
        <w:jc w:val="center"/>
      </w:pPr>
      <w:r>
        <w:t>Rootophia Daycare</w:t>
      </w:r>
    </w:p>
    <w:p>
      <w:pPr>
        <w:pStyle w:val="RootophiaH1"/>
        <w:jc w:val="center"/>
      </w:pPr>
      <w:r>
        <w:t>Welcome Pack &amp; Assessment Form</w:t>
      </w:r>
    </w:p>
    <w:p>
      <w:pPr>
        <w:jc w:val="center"/>
      </w:pPr>
      <w:r>
        <w:rPr>
          <w:b/>
        </w:rPr>
        <w:t>Required before assessment day</w:t>
        <w:br/>
      </w:r>
      <w:r>
        <w:t>Assessment fee: £10.00 per dog</w:t>
        <w:br/>
        <w:br/>
      </w:r>
      <w:r>
        <w:t>Phone/WhatsApp: 07523 296365 · Email: rootophiadaycare@hotmail.com</w:t>
        <w:br/>
      </w:r>
      <w:r>
        <w:t>Facebook &amp; Instagram: @rootophia</w:t>
        <w:br/>
      </w:r>
      <w:r>
        <w:br/>
        <w:t>Document version: 24 Jan 2026</w:t>
      </w:r>
    </w:p>
    <w:p>
      <w:r>
        <w:br w:type="page"/>
      </w:r>
    </w:p>
    <w:p>
      <w:pPr>
        <w:pStyle w:val="RootophiaH1"/>
      </w:pPr>
      <w:r>
        <w:t>WELCOME</w:t>
      </w:r>
    </w:p>
    <w:p>
      <w:pPr/>
      <w:r>
        <w:t>Welcome to Rootophia Daycare! We are delighted to have your dog join our playful, calm and enriching environment. Our team is dedicated to creating a safe, structured, and enjoyable experience for every dog.</w:t>
      </w:r>
    </w:p>
    <w:p>
      <w:pPr>
        <w:pStyle w:val="RootophiaH1"/>
      </w:pPr>
      <w:r>
        <w:t>ABOUT ROOTOPHIA DAYCARE</w:t>
      </w:r>
    </w:p>
    <w:p>
      <w:pPr/>
      <w:r>
        <w:t>Our 17m x 12m daycare facility is designed to offer safety, structure, enrichment and comfort. The space includes:</w:t>
      </w:r>
    </w:p>
    <w:p>
      <w:pPr>
        <w:pStyle w:val="ListBullet"/>
      </w:pPr>
      <w:r>
        <w:t>Relaxation Area - soft beds, sofas, calming environment.</w:t>
      </w:r>
    </w:p>
    <w:p>
      <w:pPr>
        <w:pStyle w:val="ListBullet"/>
      </w:pPr>
      <w:r>
        <w:t>Main Play Zone - open play with matched playgroups.</w:t>
      </w:r>
    </w:p>
    <w:p>
      <w:pPr>
        <w:pStyle w:val="ListBullet"/>
      </w:pPr>
      <w:r>
        <w:t>Puppy / Small Dog Zone - gentle play for smaller or younger dogs.</w:t>
      </w:r>
    </w:p>
    <w:p>
      <w:pPr>
        <w:pStyle w:val="ListBullet"/>
      </w:pPr>
      <w:r>
        <w:t>Sensory &amp; Enrichment Area - puzzles, sniff games, tunnels.</w:t>
      </w:r>
    </w:p>
    <w:p>
      <w:pPr>
        <w:pStyle w:val="ListBullet"/>
      </w:pPr>
      <w:r>
        <w:t>Secure Outdoor Yard - fully fenced 6ft perimeter for outdoor breaks.</w:t>
      </w:r>
    </w:p>
    <w:p>
      <w:pPr>
        <w:pStyle w:val="ListBullet"/>
      </w:pPr>
      <w:r>
        <w:t>Isolation Area - for dogs who need quiet space or have become unwell.</w:t>
      </w:r>
    </w:p>
    <w:p>
      <w:pPr>
        <w:pStyle w:val="RootophiaH1"/>
      </w:pPr>
      <w:r>
        <w:t>OPENING HOURS</w:t>
      </w:r>
    </w:p>
    <w:tbl>
      <w:tblPr>
        <w:tblStyle w:val="TableGrid"/>
        <w:tblW w:type="auto" w:w="0"/>
        <w:tblLook w:firstColumn="1" w:firstRow="1" w:lastColumn="0" w:lastRow="0" w:noHBand="0" w:noVBand="1" w:val="04A0"/>
      </w:tblPr>
      <w:tblGrid>
        <w:gridCol w:w="3324"/>
        <w:gridCol w:w="3324"/>
        <w:gridCol w:w="3324"/>
      </w:tblGrid>
      <w:tr>
        <w:tc>
          <w:tcPr>
            <w:tcW w:type="dxa" w:w="3324"/>
          </w:tcPr>
          <w:p>
            <w:r>
              <w:t>Day</w:t>
            </w:r>
          </w:p>
        </w:tc>
        <w:tc>
          <w:tcPr>
            <w:tcW w:type="dxa" w:w="3324"/>
          </w:tcPr>
          <w:p>
            <w:r>
              <w:t>Open</w:t>
            </w:r>
          </w:p>
        </w:tc>
        <w:tc>
          <w:tcPr>
            <w:tcW w:type="dxa" w:w="3324"/>
          </w:tcPr>
          <w:p>
            <w:r>
              <w:t>Close</w:t>
            </w:r>
          </w:p>
        </w:tc>
      </w:tr>
      <w:tr>
        <w:tc>
          <w:tcPr>
            <w:tcW w:type="dxa" w:w="3324"/>
          </w:tcPr>
          <w:p>
            <w:r>
              <w:t>Monday</w:t>
            </w:r>
          </w:p>
        </w:tc>
        <w:tc>
          <w:tcPr>
            <w:tcW w:type="dxa" w:w="3324"/>
          </w:tcPr>
          <w:p>
            <w:r>
              <w:t>7:00 AM</w:t>
            </w:r>
          </w:p>
        </w:tc>
        <w:tc>
          <w:tcPr>
            <w:tcW w:type="dxa" w:w="3324"/>
          </w:tcPr>
          <w:p>
            <w:r>
              <w:t>6:00 PM</w:t>
            </w:r>
          </w:p>
        </w:tc>
      </w:tr>
      <w:tr>
        <w:tc>
          <w:tcPr>
            <w:tcW w:type="dxa" w:w="3324"/>
          </w:tcPr>
          <w:p>
            <w:r>
              <w:t>Tuesday</w:t>
            </w:r>
          </w:p>
        </w:tc>
        <w:tc>
          <w:tcPr>
            <w:tcW w:type="dxa" w:w="3324"/>
          </w:tcPr>
          <w:p>
            <w:r>
              <w:t>7:00 AM</w:t>
            </w:r>
          </w:p>
        </w:tc>
        <w:tc>
          <w:tcPr>
            <w:tcW w:type="dxa" w:w="3324"/>
          </w:tcPr>
          <w:p>
            <w:r>
              <w:t>6:00 PM</w:t>
            </w:r>
          </w:p>
        </w:tc>
      </w:tr>
      <w:tr>
        <w:tc>
          <w:tcPr>
            <w:tcW w:type="dxa" w:w="3324"/>
          </w:tcPr>
          <w:p>
            <w:r>
              <w:t>Wednesday</w:t>
            </w:r>
          </w:p>
        </w:tc>
        <w:tc>
          <w:tcPr>
            <w:tcW w:type="dxa" w:w="3324"/>
          </w:tcPr>
          <w:p>
            <w:r>
              <w:t>7:00 AM</w:t>
            </w:r>
          </w:p>
        </w:tc>
        <w:tc>
          <w:tcPr>
            <w:tcW w:type="dxa" w:w="3324"/>
          </w:tcPr>
          <w:p>
            <w:r>
              <w:t>6:00 PM</w:t>
            </w:r>
          </w:p>
        </w:tc>
      </w:tr>
      <w:tr>
        <w:tc>
          <w:tcPr>
            <w:tcW w:type="dxa" w:w="3324"/>
          </w:tcPr>
          <w:p>
            <w:r>
              <w:t>Thursday</w:t>
            </w:r>
          </w:p>
        </w:tc>
        <w:tc>
          <w:tcPr>
            <w:tcW w:type="dxa" w:w="3324"/>
          </w:tcPr>
          <w:p>
            <w:r>
              <w:t>7:00 AM</w:t>
            </w:r>
          </w:p>
        </w:tc>
        <w:tc>
          <w:tcPr>
            <w:tcW w:type="dxa" w:w="3324"/>
          </w:tcPr>
          <w:p>
            <w:r>
              <w:t>6:00 PM</w:t>
            </w:r>
          </w:p>
        </w:tc>
      </w:tr>
      <w:tr>
        <w:tc>
          <w:tcPr>
            <w:tcW w:type="dxa" w:w="3324"/>
          </w:tcPr>
          <w:p>
            <w:r>
              <w:t>Friday</w:t>
            </w:r>
          </w:p>
        </w:tc>
        <w:tc>
          <w:tcPr>
            <w:tcW w:type="dxa" w:w="3324"/>
          </w:tcPr>
          <w:p>
            <w:r>
              <w:t>7:00 AM</w:t>
            </w:r>
          </w:p>
        </w:tc>
        <w:tc>
          <w:tcPr>
            <w:tcW w:type="dxa" w:w="3324"/>
          </w:tcPr>
          <w:p>
            <w:r>
              <w:t>6:00 PM</w:t>
            </w:r>
          </w:p>
        </w:tc>
      </w:tr>
      <w:tr>
        <w:tc>
          <w:tcPr>
            <w:tcW w:type="dxa" w:w="3324"/>
          </w:tcPr>
          <w:p>
            <w:r>
              <w:t>Saturday</w:t>
            </w:r>
          </w:p>
        </w:tc>
        <w:tc>
          <w:tcPr>
            <w:tcW w:type="dxa" w:w="3324"/>
          </w:tcPr>
          <w:p>
            <w:r>
              <w:t>7:00 AM</w:t>
            </w:r>
          </w:p>
        </w:tc>
        <w:tc>
          <w:tcPr>
            <w:tcW w:type="dxa" w:w="3324"/>
          </w:tcPr>
          <w:p>
            <w:r>
              <w:t>6:00 PM</w:t>
            </w:r>
          </w:p>
        </w:tc>
      </w:tr>
      <w:tr>
        <w:tc>
          <w:tcPr>
            <w:tcW w:type="dxa" w:w="3324"/>
          </w:tcPr>
          <w:p>
            <w:r>
              <w:t>Sunday</w:t>
            </w:r>
          </w:p>
        </w:tc>
        <w:tc>
          <w:tcPr>
            <w:tcW w:type="dxa" w:w="3324"/>
          </w:tcPr>
          <w:p>
            <w:r>
              <w:t>CLOSED</w:t>
            </w:r>
          </w:p>
        </w:tc>
        <w:tc>
          <w:tcPr>
            <w:tcW w:type="dxa" w:w="3324"/>
          </w:tcPr>
          <w:p>
            <w:r>
              <w:t>CLOSED</w:t>
            </w:r>
          </w:p>
        </w:tc>
      </w:tr>
    </w:tbl>
    <w:p>
      <w:pPr/>
    </w:p>
    <w:p>
      <w:pPr>
        <w:pStyle w:val="RootophiaH1"/>
      </w:pPr>
      <w:r>
        <w:t>PRICES &amp; SESSION TIMES</w:t>
      </w:r>
    </w:p>
    <w:tbl>
      <w:tblPr>
        <w:tblStyle w:val="TableGrid"/>
        <w:tblW w:type="auto" w:w="0"/>
        <w:tblLook w:firstColumn="1" w:firstRow="1" w:lastColumn="0" w:lastRow="0" w:noHBand="0" w:noVBand="1" w:val="04A0"/>
      </w:tblPr>
      <w:tblGrid>
        <w:gridCol w:w="3324"/>
        <w:gridCol w:w="3324"/>
        <w:gridCol w:w="3324"/>
      </w:tblGrid>
      <w:tr>
        <w:tc>
          <w:tcPr>
            <w:tcW w:type="dxa" w:w="3324"/>
          </w:tcPr>
          <w:p>
            <w:r>
              <w:t>Service</w:t>
            </w:r>
          </w:p>
        </w:tc>
        <w:tc>
          <w:tcPr>
            <w:tcW w:type="dxa" w:w="3324"/>
          </w:tcPr>
          <w:p>
            <w:r>
              <w:t>Time</w:t>
            </w:r>
          </w:p>
        </w:tc>
        <w:tc>
          <w:tcPr>
            <w:tcW w:type="dxa" w:w="3324"/>
          </w:tcPr>
          <w:p>
            <w:r>
              <w:t>Price</w:t>
            </w:r>
          </w:p>
        </w:tc>
      </w:tr>
      <w:tr>
        <w:tc>
          <w:tcPr>
            <w:tcW w:type="dxa" w:w="3324"/>
          </w:tcPr>
          <w:p>
            <w:r>
              <w:t>Assessment (new dogs)</w:t>
            </w:r>
          </w:p>
        </w:tc>
        <w:tc>
          <w:tcPr>
            <w:tcW w:type="dxa" w:w="3324"/>
          </w:tcPr>
          <w:p>
            <w:r>
              <w:t>30-60 minutes</w:t>
            </w:r>
          </w:p>
        </w:tc>
        <w:tc>
          <w:tcPr>
            <w:tcW w:type="dxa" w:w="3324"/>
          </w:tcPr>
          <w:p>
            <w:r>
              <w:t>£10.00 per dog</w:t>
            </w:r>
          </w:p>
        </w:tc>
      </w:tr>
      <w:tr>
        <w:tc>
          <w:tcPr>
            <w:tcW w:type="dxa" w:w="3324"/>
          </w:tcPr>
          <w:p>
            <w:r>
              <w:t>Full Day</w:t>
            </w:r>
          </w:p>
        </w:tc>
        <w:tc>
          <w:tcPr>
            <w:tcW w:type="dxa" w:w="3324"/>
          </w:tcPr>
          <w:p>
            <w:r>
              <w:t>7:00 AM - 6:00 PM</w:t>
            </w:r>
          </w:p>
        </w:tc>
        <w:tc>
          <w:tcPr>
            <w:tcW w:type="dxa" w:w="3324"/>
          </w:tcPr>
          <w:p>
            <w:r>
              <w:t>£35.00</w:t>
            </w:r>
          </w:p>
        </w:tc>
      </w:tr>
      <w:tr>
        <w:tc>
          <w:tcPr>
            <w:tcW w:type="dxa" w:w="3324"/>
          </w:tcPr>
          <w:p>
            <w:r>
              <w:t>AM Half Day</w:t>
            </w:r>
          </w:p>
        </w:tc>
        <w:tc>
          <w:tcPr>
            <w:tcW w:type="dxa" w:w="3324"/>
          </w:tcPr>
          <w:p>
            <w:r>
              <w:t>7:00 AM - 12:00 PM</w:t>
            </w:r>
          </w:p>
        </w:tc>
        <w:tc>
          <w:tcPr>
            <w:tcW w:type="dxa" w:w="3324"/>
          </w:tcPr>
          <w:p>
            <w:r>
              <w:t>£23.00</w:t>
            </w:r>
          </w:p>
        </w:tc>
      </w:tr>
      <w:tr>
        <w:tc>
          <w:tcPr>
            <w:tcW w:type="dxa" w:w="3324"/>
          </w:tcPr>
          <w:p>
            <w:r>
              <w:t>PM Half Day</w:t>
            </w:r>
          </w:p>
        </w:tc>
        <w:tc>
          <w:tcPr>
            <w:tcW w:type="dxa" w:w="3324"/>
          </w:tcPr>
          <w:p>
            <w:r>
              <w:t>12:00 PM - 6:00 PM</w:t>
            </w:r>
          </w:p>
        </w:tc>
        <w:tc>
          <w:tcPr>
            <w:tcW w:type="dxa" w:w="3324"/>
          </w:tcPr>
          <w:p>
            <w:r>
              <w:t>£25.00</w:t>
            </w:r>
          </w:p>
        </w:tc>
      </w:tr>
      <w:tr>
        <w:tc>
          <w:tcPr>
            <w:tcW w:type="dxa" w:w="3324"/>
          </w:tcPr>
          <w:p>
            <w:r>
              <w:t>Weekend Playcare (Saturday)</w:t>
            </w:r>
          </w:p>
        </w:tc>
        <w:tc>
          <w:tcPr>
            <w:tcW w:type="dxa" w:w="3324"/>
          </w:tcPr>
          <w:p>
            <w:r>
              <w:t>7:00 AM - 6:00 PM</w:t>
            </w:r>
          </w:p>
        </w:tc>
        <w:tc>
          <w:tcPr>
            <w:tcW w:type="dxa" w:w="3324"/>
          </w:tcPr>
          <w:p>
            <w:r>
              <w:t>£38.00</w:t>
            </w:r>
          </w:p>
        </w:tc>
      </w:tr>
    </w:tbl>
    <w:p>
      <w:pPr>
        <w:pStyle w:val="RootophiaH1"/>
      </w:pPr>
      <w:r>
        <w:t>YOUR DOG’S FIRST DAY</w:t>
      </w:r>
    </w:p>
    <w:p>
      <w:pPr/>
      <w:r>
        <w:t>Please ensure your dog:</w:t>
      </w:r>
    </w:p>
    <w:p>
      <w:pPr>
        <w:pStyle w:val="ListBullet"/>
      </w:pPr>
      <w:r>
        <w:t>Has eaten at least 1 hour before arrival.</w:t>
      </w:r>
    </w:p>
    <w:p>
      <w:pPr>
        <w:pStyle w:val="ListBullet"/>
      </w:pPr>
      <w:r>
        <w:t>Arrives wearing a secure collar or harness with a name tag.</w:t>
      </w:r>
    </w:p>
    <w:p>
      <w:pPr>
        <w:pStyle w:val="ListBullet"/>
      </w:pPr>
      <w:r>
        <w:t>Has had a toilet break before entering.</w:t>
      </w:r>
    </w:p>
    <w:p>
      <w:pPr>
        <w:pStyle w:val="ListBullet"/>
      </w:pPr>
      <w:r>
        <w:t>Brings a lead and any medication (with clear instructions).</w:t>
      </w:r>
    </w:p>
    <w:p>
      <w:pPr>
        <w:pStyle w:val="ListBullet"/>
      </w:pPr>
      <w:r>
        <w:t>May bring an optional comfort item (e.g., small blanket).</w:t>
      </w:r>
    </w:p>
    <w:p>
      <w:pPr>
        <w:pStyle w:val="ListBullet"/>
      </w:pPr>
      <w:r>
        <w:t>Does not bring food, treats, bones or rawhide items into daycare.</w:t>
      </w:r>
    </w:p>
    <w:p>
      <w:pPr>
        <w:pStyle w:val="RootophiaH1"/>
      </w:pPr>
      <w:r>
        <w:t>VACCINATION &amp; HEALTH REQUIREMENTS</w:t>
      </w:r>
    </w:p>
    <w:p>
      <w:pPr/>
      <w:r>
        <w:t>To ensure the safety of all dogs in our care, we require the following:</w:t>
      </w:r>
    </w:p>
    <w:p>
      <w:pPr>
        <w:pStyle w:val="ListBullet"/>
      </w:pPr>
      <w:r>
        <w:t>Full vaccinations up to date (including boosters).</w:t>
      </w:r>
    </w:p>
    <w:p>
      <w:pPr>
        <w:pStyle w:val="ListBullet"/>
      </w:pPr>
      <w:r>
        <w:t>Puppies must be 2 weeks post final vaccination.</w:t>
      </w:r>
    </w:p>
    <w:p>
      <w:pPr>
        <w:pStyle w:val="ListBullet"/>
      </w:pPr>
      <w:r>
        <w:t>Flea and worming must be current.</w:t>
      </w:r>
    </w:p>
    <w:p>
      <w:pPr>
        <w:pStyle w:val="ListBullet"/>
      </w:pPr>
      <w:r>
        <w:t>Dogs must not attend if they have sickness, diarrhoea, coughing or any contagious condition.</w:t>
      </w:r>
    </w:p>
    <w:p>
      <w:pPr>
        <w:pStyle w:val="ListBullet"/>
      </w:pPr>
      <w:r>
        <w:t>Bitches in season cannot attend.</w:t>
      </w:r>
    </w:p>
    <w:p>
      <w:pPr/>
      <w:r>
        <w:t>Vaccination Proof Required for Trial Day: You must bring your dog's vaccination record. Without it, your dog cannot be assessed. Proof can also be sent in advance by emailing a clear photo to rootophiadaycare@hotmail.com.</w:t>
      </w:r>
    </w:p>
    <w:p>
      <w:pPr>
        <w:pStyle w:val="RootophiaH2"/>
      </w:pPr>
      <w:r>
        <w:t>Intact males - case-by-case</w:t>
      </w:r>
    </w:p>
    <w:p>
      <w:pPr/>
      <w:r>
        <w:t>We only allow intact males with chemical castration, and only if we approve them as suitable for daycare. We will carry out extra checks during assessment. Dogs showing humping behaviour, aggression, bullying or unsafe social behaviour will not be accepted into daycare, and some intact males may not be suitable.</w:t>
      </w:r>
    </w:p>
    <w:p>
      <w:pPr>
        <w:pStyle w:val="RootophiaH1"/>
      </w:pPr>
      <w:r>
        <w:t>OUR DAYCARE ROUTINE</w:t>
      </w:r>
    </w:p>
    <w:p>
      <w:pPr/>
      <w:r>
        <w:t>Dogs in our care enjoy a balanced daily structure including:</w:t>
      </w:r>
    </w:p>
    <w:p>
      <w:pPr>
        <w:pStyle w:val="ListBullet"/>
      </w:pPr>
      <w:r>
        <w:t>Structured Play - supervised playgroups matched by size, temperament and energy.</w:t>
      </w:r>
    </w:p>
    <w:p>
      <w:pPr>
        <w:pStyle w:val="ListBullet"/>
      </w:pPr>
      <w:r>
        <w:t>Enrichment Activities - tunnels, sniff mats, puzzles, sensory games and confidence-building activities.</w:t>
      </w:r>
    </w:p>
    <w:p>
      <w:pPr>
        <w:pStyle w:val="ListBullet"/>
      </w:pPr>
      <w:r>
        <w:t>Rest &amp; Calm Time - essential to prevent overstimulation and support wellbeing.</w:t>
      </w:r>
    </w:p>
    <w:p>
      <w:pPr>
        <w:pStyle w:val="ListBullet"/>
      </w:pPr>
      <w:r>
        <w:t>Outdoor Yard Time - toilet breaks and fresh air within our secure 6ft-fenced yard.</w:t>
      </w:r>
    </w:p>
    <w:p>
      <w:pPr>
        <w:pStyle w:val="ListBullet"/>
      </w:pPr>
      <w:r>
        <w:t>One-to-One Attention - calm handling, cuddles and gentle support.</w:t>
      </w:r>
    </w:p>
    <w:p>
      <w:pPr>
        <w:pStyle w:val="RootophiaH1"/>
      </w:pPr>
      <w:r>
        <w:t>ASSESSMENT PROCESS</w:t>
      </w:r>
    </w:p>
    <w:p>
      <w:pPr/>
      <w:r>
        <w:t>Your dog’s first visit includes a 30-60 minute assessment which helps us understand:</w:t>
      </w:r>
    </w:p>
    <w:p>
      <w:pPr>
        <w:pStyle w:val="ListBullet"/>
      </w:pPr>
      <w:r>
        <w:t>How they settle in a new place.</w:t>
      </w:r>
    </w:p>
    <w:p>
      <w:pPr>
        <w:pStyle w:val="ListBullet"/>
      </w:pPr>
      <w:r>
        <w:t>Their interaction style with staff.</w:t>
      </w:r>
    </w:p>
    <w:p>
      <w:pPr>
        <w:pStyle w:val="ListBullet"/>
      </w:pPr>
      <w:r>
        <w:t>Their play preferences and energy level.</w:t>
      </w:r>
    </w:p>
    <w:p>
      <w:pPr>
        <w:pStyle w:val="ListBullet"/>
      </w:pPr>
      <w:r>
        <w:t>Any signs of anxiety, stress, or overstimulation.</w:t>
      </w:r>
    </w:p>
    <w:p>
      <w:pPr/>
      <w:r>
        <w:t>This ensures your dog is placed in the right group and cared for safely. If we feel daycare is not suitable, we will discuss alternatives with you.</w:t>
      </w:r>
    </w:p>
    <w:p>
      <w:pPr>
        <w:pStyle w:val="RootophiaH1"/>
      </w:pPr>
      <w:r>
        <w:t>PHOTOS &amp; SOCIAL MEDIA</w:t>
      </w:r>
    </w:p>
    <w:p>
      <w:pPr/>
      <w:r>
        <w:t>With your permission, your dog may appear on our social media pages (Facebook and Instagram). We only share positive, safe and respectful content.</w:t>
      </w:r>
    </w:p>
    <w:p>
      <w:pPr>
        <w:pStyle w:val="RootophiaH1"/>
      </w:pPr>
      <w:r>
        <w:t>TERMS &amp; CONDITIONS (SUMMARY)</w:t>
      </w:r>
    </w:p>
    <w:p>
      <w:pPr>
        <w:pStyle w:val="ListBullet"/>
      </w:pPr>
      <w:r>
        <w:t>All bookings must be made in advance.</w:t>
      </w:r>
    </w:p>
    <w:p>
      <w:pPr>
        <w:pStyle w:val="ListBullet"/>
      </w:pPr>
      <w:r>
        <w:t>Cancellations require 24 hours’ notice where possible.</w:t>
      </w:r>
    </w:p>
    <w:p>
      <w:pPr>
        <w:pStyle w:val="ListBullet"/>
      </w:pPr>
      <w:r>
        <w:t>Dogs must be fit, well, and not contagious.</w:t>
      </w:r>
    </w:p>
    <w:p>
      <w:pPr>
        <w:pStyle w:val="ListBullet"/>
      </w:pPr>
      <w:r>
        <w:t>Dogs showing excessive stress or unsafe behaviour may need early collection.</w:t>
      </w:r>
    </w:p>
    <w:p>
      <w:pPr>
        <w:pStyle w:val="ListBullet"/>
      </w:pPr>
      <w:r>
        <w:t>All collections must be made by an authorised person.</w:t>
      </w:r>
    </w:p>
    <w:p>
      <w:pPr/>
      <w:r>
        <w:t>Full terms are included in the signature section at the end of this document.</w:t>
      </w:r>
    </w:p>
    <w:p>
      <w:pPr>
        <w:pStyle w:val="RootophiaH1"/>
      </w:pPr>
      <w:r>
        <w:t>LATE COLLECTION POLICY</w:t>
      </w:r>
    </w:p>
    <w:p>
      <w:pPr/>
      <w:r>
        <w:t>If someone is late to pick up their dog, the following fees apply:</w:t>
      </w:r>
    </w:p>
    <w:p>
      <w:pPr>
        <w:pStyle w:val="ListBullet"/>
      </w:pPr>
      <w:r>
        <w:t>15 minutes over: £5.00</w:t>
      </w:r>
    </w:p>
    <w:p>
      <w:pPr>
        <w:pStyle w:val="ListBullet"/>
      </w:pPr>
      <w:r>
        <w:t>Every 30 minutes (or part thereof): £10.00</w:t>
      </w:r>
    </w:p>
    <w:p>
      <w:pPr/>
      <w:r>
        <w:t>Late fees will be automatically taken from your account/card used. Payment must be made before any further sessions. If late pick-ups continue, sessions may be suspended or cancelled.</w:t>
      </w:r>
    </w:p>
    <w:p>
      <w:r>
        <w:br w:type="page"/>
      </w:r>
    </w:p>
    <w:p>
      <w:pPr>
        <w:pStyle w:val="RootophiaH1"/>
      </w:pPr>
      <w:r>
        <w:t>ASSESSMENT FORM (TO BE COMPLETED BEFORE YOUR DOG’S ASSESSMENT)</w:t>
      </w:r>
    </w:p>
    <w:p>
      <w:pPr>
        <w:pStyle w:val="RootophiaH2"/>
      </w:pPr>
      <w:r>
        <w:t>1) Owner / Handler Details</w:t>
      </w:r>
    </w:p>
    <w:tbl>
      <w:tblPr>
        <w:tblStyle w:val="TableGrid"/>
        <w:tblW w:type="auto" w:w="0"/>
        <w:jc w:val="left"/>
        <w:tblLook w:firstColumn="1" w:firstRow="1" w:lastColumn="0" w:lastRow="0" w:noHBand="0" w:noVBand="1" w:val="04A0"/>
      </w:tblPr>
      <w:tblGrid>
        <w:gridCol w:w="4986"/>
        <w:gridCol w:w="4986"/>
      </w:tblGrid>
      <w:tr>
        <w:tc>
          <w:tcPr>
            <w:tcW w:type="dxa" w:w="3744"/>
          </w:tcPr>
          <w:p>
            <w:r>
              <w:t>Owner full name</w:t>
            </w:r>
          </w:p>
        </w:tc>
        <w:tc>
          <w:tcPr>
            <w:tcW w:type="dxa" w:w="5184"/>
          </w:tcPr>
          <w:p>
            <w:r>
              <w:t xml:space="preserve"> </w:t>
            </w:r>
          </w:p>
        </w:tc>
      </w:tr>
      <w:tr>
        <w:tc>
          <w:tcPr>
            <w:tcW w:type="dxa" w:w="3744"/>
          </w:tcPr>
          <w:p>
            <w:r>
              <w:t>Address</w:t>
            </w:r>
          </w:p>
        </w:tc>
        <w:tc>
          <w:tcPr>
            <w:tcW w:type="dxa" w:w="5184"/>
          </w:tcPr>
          <w:p>
            <w:r>
              <w:t xml:space="preserve"> </w:t>
            </w:r>
          </w:p>
        </w:tc>
      </w:tr>
      <w:tr>
        <w:tc>
          <w:tcPr>
            <w:tcW w:type="dxa" w:w="3744"/>
          </w:tcPr>
          <w:p>
            <w:r>
              <w:t>Postcode</w:t>
            </w:r>
          </w:p>
        </w:tc>
        <w:tc>
          <w:tcPr>
            <w:tcW w:type="dxa" w:w="5184"/>
          </w:tcPr>
          <w:p>
            <w:r>
              <w:t xml:space="preserve"> </w:t>
            </w:r>
          </w:p>
        </w:tc>
      </w:tr>
      <w:tr>
        <w:tc>
          <w:tcPr>
            <w:tcW w:type="dxa" w:w="3744"/>
          </w:tcPr>
          <w:p>
            <w:r>
              <w:t>Mobile number</w:t>
            </w:r>
          </w:p>
        </w:tc>
        <w:tc>
          <w:tcPr>
            <w:tcW w:type="dxa" w:w="5184"/>
          </w:tcPr>
          <w:p>
            <w:r>
              <w:t xml:space="preserve"> </w:t>
            </w:r>
          </w:p>
        </w:tc>
      </w:tr>
      <w:tr>
        <w:tc>
          <w:tcPr>
            <w:tcW w:type="dxa" w:w="3744"/>
          </w:tcPr>
          <w:p>
            <w:r>
              <w:t>Email</w:t>
            </w:r>
          </w:p>
        </w:tc>
        <w:tc>
          <w:tcPr>
            <w:tcW w:type="dxa" w:w="5184"/>
          </w:tcPr>
          <w:p>
            <w:r>
              <w:t xml:space="preserve"> </w:t>
            </w:r>
          </w:p>
        </w:tc>
      </w:tr>
      <w:tr>
        <w:tc>
          <w:tcPr>
            <w:tcW w:type="dxa" w:w="3744"/>
          </w:tcPr>
          <w:p>
            <w:r>
              <w:t>Preferred contact method</w:t>
            </w:r>
          </w:p>
        </w:tc>
        <w:tc>
          <w:tcPr>
            <w:tcW w:type="dxa" w:w="5184"/>
          </w:tcPr>
          <w:p>
            <w:r>
              <w:t>☐ WhatsApp   ☐ Phone   ☐ Email</w:t>
            </w:r>
          </w:p>
        </w:tc>
      </w:tr>
    </w:tbl>
    <w:p>
      <w:pPr/>
    </w:p>
    <w:p>
      <w:pPr>
        <w:pStyle w:val="RootophiaH2"/>
      </w:pPr>
      <w:r>
        <w:t>2) Emergency Contact (other than owner)</w:t>
      </w:r>
    </w:p>
    <w:tbl>
      <w:tblPr>
        <w:tblStyle w:val="TableGrid"/>
        <w:tblW w:type="auto" w:w="0"/>
        <w:jc w:val="left"/>
        <w:tblLook w:firstColumn="1" w:firstRow="1" w:lastColumn="0" w:lastRow="0" w:noHBand="0" w:noVBand="1" w:val="04A0"/>
      </w:tblPr>
      <w:tblGrid>
        <w:gridCol w:w="4986"/>
        <w:gridCol w:w="4986"/>
      </w:tblGrid>
      <w:tr>
        <w:tc>
          <w:tcPr>
            <w:tcW w:type="dxa" w:w="3744"/>
          </w:tcPr>
          <w:p>
            <w:r>
              <w:t>Name</w:t>
            </w:r>
          </w:p>
        </w:tc>
        <w:tc>
          <w:tcPr>
            <w:tcW w:type="dxa" w:w="5184"/>
          </w:tcPr>
          <w:p>
            <w:r>
              <w:t xml:space="preserve"> </w:t>
            </w:r>
          </w:p>
        </w:tc>
      </w:tr>
      <w:tr>
        <w:tc>
          <w:tcPr>
            <w:tcW w:type="dxa" w:w="3744"/>
          </w:tcPr>
          <w:p>
            <w:r>
              <w:t>Relationship</w:t>
            </w:r>
          </w:p>
        </w:tc>
        <w:tc>
          <w:tcPr>
            <w:tcW w:type="dxa" w:w="5184"/>
          </w:tcPr>
          <w:p>
            <w:r>
              <w:t xml:space="preserve"> </w:t>
            </w:r>
          </w:p>
        </w:tc>
      </w:tr>
      <w:tr>
        <w:tc>
          <w:tcPr>
            <w:tcW w:type="dxa" w:w="3744"/>
          </w:tcPr>
          <w:p>
            <w:r>
              <w:t>Phone number</w:t>
            </w:r>
          </w:p>
        </w:tc>
        <w:tc>
          <w:tcPr>
            <w:tcW w:type="dxa" w:w="5184"/>
          </w:tcPr>
          <w:p>
            <w:r>
              <w:t xml:space="preserve"> </w:t>
            </w:r>
          </w:p>
        </w:tc>
      </w:tr>
    </w:tbl>
    <w:p>
      <w:pPr/>
    </w:p>
    <w:p>
      <w:pPr>
        <w:pStyle w:val="RootophiaH2"/>
      </w:pPr>
      <w:r>
        <w:t>3) Dog Details</w:t>
      </w:r>
    </w:p>
    <w:tbl>
      <w:tblPr>
        <w:tblStyle w:val="TableGrid"/>
        <w:tblW w:type="auto" w:w="0"/>
        <w:jc w:val="left"/>
        <w:tblLook w:firstColumn="1" w:firstRow="1" w:lastColumn="0" w:lastRow="0" w:noHBand="0" w:noVBand="1" w:val="04A0"/>
      </w:tblPr>
      <w:tblGrid>
        <w:gridCol w:w="4986"/>
        <w:gridCol w:w="4986"/>
      </w:tblGrid>
      <w:tr>
        <w:tc>
          <w:tcPr>
            <w:tcW w:type="dxa" w:w="3744"/>
          </w:tcPr>
          <w:p>
            <w:r>
              <w:t>Dog name</w:t>
            </w:r>
          </w:p>
        </w:tc>
        <w:tc>
          <w:tcPr>
            <w:tcW w:type="dxa" w:w="5184"/>
          </w:tcPr>
          <w:p>
            <w:r>
              <w:t xml:space="preserve"> </w:t>
            </w:r>
          </w:p>
        </w:tc>
      </w:tr>
      <w:tr>
        <w:tc>
          <w:tcPr>
            <w:tcW w:type="dxa" w:w="3744"/>
          </w:tcPr>
          <w:p>
            <w:r>
              <w:t>Breed</w:t>
            </w:r>
          </w:p>
        </w:tc>
        <w:tc>
          <w:tcPr>
            <w:tcW w:type="dxa" w:w="5184"/>
          </w:tcPr>
          <w:p>
            <w:r>
              <w:t xml:space="preserve"> </w:t>
            </w:r>
          </w:p>
        </w:tc>
      </w:tr>
      <w:tr>
        <w:tc>
          <w:tcPr>
            <w:tcW w:type="dxa" w:w="3744"/>
          </w:tcPr>
          <w:p>
            <w:r>
              <w:t>Sex</w:t>
            </w:r>
          </w:p>
        </w:tc>
        <w:tc>
          <w:tcPr>
            <w:tcW w:type="dxa" w:w="5184"/>
          </w:tcPr>
          <w:p>
            <w:r>
              <w:t>☐ Male   ☐ Female</w:t>
            </w:r>
          </w:p>
        </w:tc>
      </w:tr>
      <w:tr>
        <w:tc>
          <w:tcPr>
            <w:tcW w:type="dxa" w:w="3744"/>
          </w:tcPr>
          <w:p>
            <w:r>
              <w:t>Neutered</w:t>
            </w:r>
          </w:p>
        </w:tc>
        <w:tc>
          <w:tcPr>
            <w:tcW w:type="dxa" w:w="5184"/>
          </w:tcPr>
          <w:p>
            <w:r>
              <w:t>☐ Yes   ☐ No   ☐ Chemically castrated (proof required)</w:t>
            </w:r>
          </w:p>
        </w:tc>
      </w:tr>
      <w:tr>
        <w:tc>
          <w:tcPr>
            <w:tcW w:type="dxa" w:w="3744"/>
          </w:tcPr>
          <w:p>
            <w:r>
              <w:t>Date of birth / age</w:t>
            </w:r>
          </w:p>
        </w:tc>
        <w:tc>
          <w:tcPr>
            <w:tcW w:type="dxa" w:w="5184"/>
          </w:tcPr>
          <w:p>
            <w:r>
              <w:t xml:space="preserve"> </w:t>
            </w:r>
          </w:p>
        </w:tc>
      </w:tr>
      <w:tr>
        <w:tc>
          <w:tcPr>
            <w:tcW w:type="dxa" w:w="3744"/>
          </w:tcPr>
          <w:p>
            <w:r>
              <w:t>Microchip number</w:t>
            </w:r>
          </w:p>
        </w:tc>
        <w:tc>
          <w:tcPr>
            <w:tcW w:type="dxa" w:w="5184"/>
          </w:tcPr>
          <w:p>
            <w:r>
              <w:t xml:space="preserve"> </w:t>
            </w:r>
          </w:p>
        </w:tc>
      </w:tr>
      <w:tr>
        <w:tc>
          <w:tcPr>
            <w:tcW w:type="dxa" w:w="3744"/>
          </w:tcPr>
          <w:p>
            <w:r>
              <w:t>Collar/harness type</w:t>
            </w:r>
          </w:p>
        </w:tc>
        <w:tc>
          <w:tcPr>
            <w:tcW w:type="dxa" w:w="5184"/>
          </w:tcPr>
          <w:p>
            <w:r>
              <w:t xml:space="preserve"> </w:t>
            </w:r>
          </w:p>
        </w:tc>
      </w:tr>
      <w:tr>
        <w:tc>
          <w:tcPr>
            <w:tcW w:type="dxa" w:w="3744"/>
          </w:tcPr>
          <w:p>
            <w:r>
              <w:t>Can your dog wear a daycare collar/tag?</w:t>
            </w:r>
          </w:p>
        </w:tc>
        <w:tc>
          <w:tcPr>
            <w:tcW w:type="dxa" w:w="5184"/>
          </w:tcPr>
          <w:p>
            <w:r>
              <w:t>☐ Yes   ☐ No</w:t>
            </w:r>
          </w:p>
        </w:tc>
      </w:tr>
      <w:tr>
        <w:tc>
          <w:tcPr>
            <w:tcW w:type="dxa" w:w="3744"/>
          </w:tcPr>
          <w:p>
            <w:r>
              <w:t>Handling notes (e.g., sensitive areas)</w:t>
            </w:r>
          </w:p>
        </w:tc>
        <w:tc>
          <w:tcPr>
            <w:tcW w:type="dxa" w:w="5184"/>
          </w:tcPr>
          <w:p>
            <w:r>
              <w:t xml:space="preserve"> </w:t>
            </w:r>
          </w:p>
        </w:tc>
      </w:tr>
    </w:tbl>
    <w:p>
      <w:pPr/>
    </w:p>
    <w:p>
      <w:pPr>
        <w:pStyle w:val="RootophiaH2"/>
      </w:pPr>
      <w:r>
        <w:t>4) Vet &amp; Medical Information</w:t>
      </w:r>
    </w:p>
    <w:tbl>
      <w:tblPr>
        <w:tblStyle w:val="TableGrid"/>
        <w:tblW w:type="auto" w:w="0"/>
        <w:jc w:val="left"/>
        <w:tblLook w:firstColumn="1" w:firstRow="1" w:lastColumn="0" w:lastRow="0" w:noHBand="0" w:noVBand="1" w:val="04A0"/>
      </w:tblPr>
      <w:tblGrid>
        <w:gridCol w:w="4986"/>
        <w:gridCol w:w="4986"/>
      </w:tblGrid>
      <w:tr>
        <w:tc>
          <w:tcPr>
            <w:tcW w:type="dxa" w:w="3744"/>
          </w:tcPr>
          <w:p>
            <w:r>
              <w:t>Vet practice name</w:t>
            </w:r>
          </w:p>
        </w:tc>
        <w:tc>
          <w:tcPr>
            <w:tcW w:type="dxa" w:w="5184"/>
          </w:tcPr>
          <w:p>
            <w:r>
              <w:t xml:space="preserve"> </w:t>
            </w:r>
          </w:p>
        </w:tc>
      </w:tr>
      <w:tr>
        <w:tc>
          <w:tcPr>
            <w:tcW w:type="dxa" w:w="3744"/>
          </w:tcPr>
          <w:p>
            <w:r>
              <w:t>Vet phone number</w:t>
            </w:r>
          </w:p>
        </w:tc>
        <w:tc>
          <w:tcPr>
            <w:tcW w:type="dxa" w:w="5184"/>
          </w:tcPr>
          <w:p>
            <w:r>
              <w:t xml:space="preserve"> </w:t>
            </w:r>
          </w:p>
        </w:tc>
      </w:tr>
      <w:tr>
        <w:tc>
          <w:tcPr>
            <w:tcW w:type="dxa" w:w="3744"/>
          </w:tcPr>
          <w:p>
            <w:r>
              <w:t>Vet address (optional)</w:t>
            </w:r>
          </w:p>
        </w:tc>
        <w:tc>
          <w:tcPr>
            <w:tcW w:type="dxa" w:w="5184"/>
          </w:tcPr>
          <w:p>
            <w:r>
              <w:t xml:space="preserve"> </w:t>
            </w:r>
          </w:p>
        </w:tc>
      </w:tr>
      <w:tr>
        <w:tc>
          <w:tcPr>
            <w:tcW w:type="dxa" w:w="3744"/>
          </w:tcPr>
          <w:p>
            <w:r>
              <w:t>Insurance provider (if applicable)</w:t>
            </w:r>
          </w:p>
        </w:tc>
        <w:tc>
          <w:tcPr>
            <w:tcW w:type="dxa" w:w="5184"/>
          </w:tcPr>
          <w:p>
            <w:r>
              <w:t xml:space="preserve"> </w:t>
            </w:r>
          </w:p>
        </w:tc>
      </w:tr>
      <w:tr>
        <w:tc>
          <w:tcPr>
            <w:tcW w:type="dxa" w:w="3744"/>
          </w:tcPr>
          <w:p>
            <w:r>
              <w:t>Policy number (if applicable)</w:t>
            </w:r>
          </w:p>
        </w:tc>
        <w:tc>
          <w:tcPr>
            <w:tcW w:type="dxa" w:w="5184"/>
          </w:tcPr>
          <w:p>
            <w:r>
              <w:t xml:space="preserve"> </w:t>
            </w:r>
          </w:p>
        </w:tc>
      </w:tr>
      <w:tr>
        <w:tc>
          <w:tcPr>
            <w:tcW w:type="dxa" w:w="3744"/>
          </w:tcPr>
          <w:p>
            <w:r>
              <w:t>Is your dog currently on medication?</w:t>
            </w:r>
          </w:p>
        </w:tc>
        <w:tc>
          <w:tcPr>
            <w:tcW w:type="dxa" w:w="5184"/>
          </w:tcPr>
          <w:p>
            <w:r>
              <w:t>☐ No   ☐ Yes (list below)</w:t>
            </w:r>
          </w:p>
        </w:tc>
      </w:tr>
    </w:tbl>
    <w:p>
      <w:pPr/>
      <w:r>
        <w:t>Medication details / instructions (dose, times, how given):</w:t>
      </w:r>
    </w:p>
    <w:p>
      <w:pPr/>
      <w:r>
        <w:t>________________________________________________________________________________</w:t>
      </w:r>
    </w:p>
    <w:p>
      <w:pPr/>
      <w:r>
        <w:t>________________________________________________________________________________</w:t>
      </w:r>
    </w:p>
    <w:p>
      <w:pPr>
        <w:pStyle w:val="RootophiaH2"/>
      </w:pPr>
      <w:r>
        <w:t>5) Vaccination, Flea &amp; Worming</w:t>
      </w:r>
    </w:p>
    <w:tbl>
      <w:tblPr>
        <w:tblStyle w:val="TableGrid"/>
        <w:tblW w:type="auto" w:w="0"/>
        <w:jc w:val="left"/>
        <w:tblLook w:firstColumn="1" w:firstRow="1" w:lastColumn="0" w:lastRow="0" w:noHBand="0" w:noVBand="1" w:val="04A0"/>
      </w:tblPr>
      <w:tblGrid>
        <w:gridCol w:w="4986"/>
        <w:gridCol w:w="4986"/>
      </w:tblGrid>
      <w:tr>
        <w:tc>
          <w:tcPr>
            <w:tcW w:type="dxa" w:w="3744"/>
          </w:tcPr>
          <w:p>
            <w:r>
              <w:t>Vaccinations up to date (including boosters)</w:t>
            </w:r>
          </w:p>
        </w:tc>
        <w:tc>
          <w:tcPr>
            <w:tcW w:type="dxa" w:w="5184"/>
          </w:tcPr>
          <w:p>
            <w:r>
              <w:t>☐ Yes   ☐ No</w:t>
            </w:r>
          </w:p>
        </w:tc>
      </w:tr>
      <w:tr>
        <w:tc>
          <w:tcPr>
            <w:tcW w:type="dxa" w:w="3744"/>
          </w:tcPr>
          <w:p>
            <w:r>
              <w:t>Date of last booster</w:t>
            </w:r>
          </w:p>
        </w:tc>
        <w:tc>
          <w:tcPr>
            <w:tcW w:type="dxa" w:w="5184"/>
          </w:tcPr>
          <w:p>
            <w:r>
              <w:t xml:space="preserve"> </w:t>
            </w:r>
          </w:p>
        </w:tc>
      </w:tr>
      <w:tr>
        <w:tc>
          <w:tcPr>
            <w:tcW w:type="dxa" w:w="3744"/>
          </w:tcPr>
          <w:p>
            <w:r>
              <w:t>Puppy 2 weeks post final vaccination (if applicable)</w:t>
            </w:r>
          </w:p>
        </w:tc>
        <w:tc>
          <w:tcPr>
            <w:tcW w:type="dxa" w:w="5184"/>
          </w:tcPr>
          <w:p>
            <w:r>
              <w:t>☐ Yes   ☐ N/A</w:t>
            </w:r>
          </w:p>
        </w:tc>
      </w:tr>
      <w:tr>
        <w:tc>
          <w:tcPr>
            <w:tcW w:type="dxa" w:w="3744"/>
          </w:tcPr>
          <w:p>
            <w:r>
              <w:t>Flea treatment up to date</w:t>
            </w:r>
          </w:p>
        </w:tc>
        <w:tc>
          <w:tcPr>
            <w:tcW w:type="dxa" w:w="5184"/>
          </w:tcPr>
          <w:p>
            <w:r>
              <w:t>☐ Yes   ☐ No</w:t>
            </w:r>
          </w:p>
        </w:tc>
      </w:tr>
      <w:tr>
        <w:tc>
          <w:tcPr>
            <w:tcW w:type="dxa" w:w="3744"/>
          </w:tcPr>
          <w:p>
            <w:r>
              <w:t>Worming up to date</w:t>
            </w:r>
          </w:p>
        </w:tc>
        <w:tc>
          <w:tcPr>
            <w:tcW w:type="dxa" w:w="5184"/>
          </w:tcPr>
          <w:p>
            <w:r>
              <w:t>☐ Yes   ☐ No</w:t>
            </w:r>
          </w:p>
        </w:tc>
      </w:tr>
      <w:tr>
        <w:tc>
          <w:tcPr>
            <w:tcW w:type="dxa" w:w="3744"/>
          </w:tcPr>
          <w:p>
            <w:r>
              <w:t>Proof provided</w:t>
            </w:r>
          </w:p>
        </w:tc>
        <w:tc>
          <w:tcPr>
            <w:tcW w:type="dxa" w:w="5184"/>
          </w:tcPr>
          <w:p>
            <w:r>
              <w:t>☐ Vaccination card seen   ☐ Photo emailed</w:t>
            </w:r>
          </w:p>
        </w:tc>
      </w:tr>
    </w:tbl>
    <w:p>
      <w:pPr/>
    </w:p>
    <w:p>
      <w:pPr>
        <w:pStyle w:val="RootophiaH2"/>
      </w:pPr>
      <w:r>
        <w:t>6) Diet, Feeding &amp; Allergies</w:t>
      </w:r>
    </w:p>
    <w:tbl>
      <w:tblPr>
        <w:tblStyle w:val="TableGrid"/>
        <w:tblW w:type="auto" w:w="0"/>
        <w:jc w:val="left"/>
        <w:tblLook w:firstColumn="1" w:firstRow="1" w:lastColumn="0" w:lastRow="0" w:noHBand="0" w:noVBand="1" w:val="04A0"/>
      </w:tblPr>
      <w:tblGrid>
        <w:gridCol w:w="4986"/>
        <w:gridCol w:w="4986"/>
      </w:tblGrid>
      <w:tr>
        <w:tc>
          <w:tcPr>
            <w:tcW w:type="dxa" w:w="3744"/>
          </w:tcPr>
          <w:p>
            <w:r>
              <w:t>Any known allergies (food/environment)?</w:t>
            </w:r>
          </w:p>
        </w:tc>
        <w:tc>
          <w:tcPr>
            <w:tcW w:type="dxa" w:w="5184"/>
          </w:tcPr>
          <w:p>
            <w:r>
              <w:t>☐ No   ☐ Yes (details below)</w:t>
            </w:r>
          </w:p>
        </w:tc>
      </w:tr>
      <w:tr>
        <w:tc>
          <w:tcPr>
            <w:tcW w:type="dxa" w:w="3744"/>
          </w:tcPr>
          <w:p>
            <w:r>
              <w:t>Diet type (kibble/raw/other)</w:t>
            </w:r>
          </w:p>
        </w:tc>
        <w:tc>
          <w:tcPr>
            <w:tcW w:type="dxa" w:w="5184"/>
          </w:tcPr>
          <w:p>
            <w:r>
              <w:t xml:space="preserve"> </w:t>
            </w:r>
          </w:p>
        </w:tc>
      </w:tr>
      <w:tr>
        <w:tc>
          <w:tcPr>
            <w:tcW w:type="dxa" w:w="3744"/>
          </w:tcPr>
          <w:p>
            <w:r>
              <w:t>Feeding times (if relevant)</w:t>
            </w:r>
          </w:p>
        </w:tc>
        <w:tc>
          <w:tcPr>
            <w:tcW w:type="dxa" w:w="5184"/>
          </w:tcPr>
          <w:p>
            <w:r>
              <w:t xml:space="preserve"> </w:t>
            </w:r>
          </w:p>
        </w:tc>
      </w:tr>
      <w:tr>
        <w:tc>
          <w:tcPr>
            <w:tcW w:type="dxa" w:w="3744"/>
          </w:tcPr>
          <w:p>
            <w:r>
              <w:t>Can your dog have standard treats?</w:t>
            </w:r>
          </w:p>
        </w:tc>
        <w:tc>
          <w:tcPr>
            <w:tcW w:type="dxa" w:w="5184"/>
          </w:tcPr>
          <w:p>
            <w:r>
              <w:t>☐ Yes   ☐ No</w:t>
            </w:r>
          </w:p>
        </w:tc>
      </w:tr>
      <w:tr>
        <w:tc>
          <w:tcPr>
            <w:tcW w:type="dxa" w:w="3744"/>
          </w:tcPr>
          <w:p>
            <w:r>
              <w:t>Resource guarding around food?</w:t>
            </w:r>
          </w:p>
        </w:tc>
        <w:tc>
          <w:tcPr>
            <w:tcW w:type="dxa" w:w="5184"/>
          </w:tcPr>
          <w:p>
            <w:r>
              <w:t>☐ No   ☐ Yes (details below)</w:t>
            </w:r>
          </w:p>
        </w:tc>
      </w:tr>
      <w:tr>
        <w:tc>
          <w:tcPr>
            <w:tcW w:type="dxa" w:w="3744"/>
          </w:tcPr>
          <w:p>
            <w:r>
              <w:t>Any dietary restrictions?</w:t>
            </w:r>
          </w:p>
        </w:tc>
        <w:tc>
          <w:tcPr>
            <w:tcW w:type="dxa" w:w="5184"/>
          </w:tcPr>
          <w:p>
            <w:r>
              <w:t xml:space="preserve"> </w:t>
            </w:r>
          </w:p>
        </w:tc>
      </w:tr>
    </w:tbl>
    <w:p>
      <w:pPr/>
      <w:r>
        <w:t>Allergy / restriction details:</w:t>
      </w:r>
    </w:p>
    <w:p>
      <w:pPr/>
      <w:r>
        <w:t>________________________________________________________________________________</w:t>
      </w:r>
    </w:p>
    <w:p>
      <w:pPr/>
      <w:r>
        <w:t>________________________________________________________________________________</w:t>
      </w:r>
    </w:p>
    <w:p>
      <w:r>
        <w:br w:type="page"/>
      </w:r>
    </w:p>
    <w:p>
      <w:pPr>
        <w:pStyle w:val="RootophiaH1"/>
      </w:pPr>
      <w:r>
        <w:t>BEHAVIOUR &amp; SOCIAL HISTORY</w:t>
      </w:r>
    </w:p>
    <w:p>
      <w:pPr/>
      <w:r>
        <w:t>This section helps us keep every dog safe. Please be honest and detailed. It will not automatically exclude your dog, but it helps us plan the safest group placement and handling.</w:t>
      </w:r>
    </w:p>
    <w:p>
      <w:pPr>
        <w:pStyle w:val="RootophiaH2"/>
      </w:pPr>
      <w:r>
        <w:t>7) Around Other Dogs</w:t>
      </w:r>
    </w:p>
    <w:tbl>
      <w:tblPr>
        <w:tblStyle w:val="TableGrid"/>
        <w:tblW w:type="auto" w:w="0"/>
        <w:jc w:val="left"/>
        <w:tblLook w:firstColumn="1" w:firstRow="1" w:lastColumn="0" w:lastRow="0" w:noHBand="0" w:noVBand="1" w:val="04A0"/>
      </w:tblPr>
      <w:tblGrid>
        <w:gridCol w:w="4986"/>
        <w:gridCol w:w="4986"/>
      </w:tblGrid>
      <w:tr>
        <w:tc>
          <w:tcPr>
            <w:tcW w:type="dxa" w:w="3744"/>
          </w:tcPr>
          <w:p>
            <w:r>
              <w:t>How does your dog behave around other dogs?</w:t>
            </w:r>
          </w:p>
        </w:tc>
        <w:tc>
          <w:tcPr>
            <w:tcW w:type="dxa" w:w="5184"/>
          </w:tcPr>
          <w:p>
            <w:r>
              <w:t>☐ Friendly   ☐ Nervous   ☐ Selective   ☐ Reactive</w:t>
            </w:r>
          </w:p>
        </w:tc>
      </w:tr>
      <w:tr>
        <w:tc>
          <w:tcPr>
            <w:tcW w:type="dxa" w:w="3744"/>
          </w:tcPr>
          <w:p>
            <w:r>
              <w:t>Does your dog prefer small or large dogs?</w:t>
            </w:r>
          </w:p>
        </w:tc>
        <w:tc>
          <w:tcPr>
            <w:tcW w:type="dxa" w:w="5184"/>
          </w:tcPr>
          <w:p>
            <w:r>
              <w:t xml:space="preserve"> </w:t>
            </w:r>
          </w:p>
        </w:tc>
      </w:tr>
      <w:tr>
        <w:tc>
          <w:tcPr>
            <w:tcW w:type="dxa" w:w="3744"/>
          </w:tcPr>
          <w:p>
            <w:r>
              <w:t>Has your dog been in any fights or caused injury?</w:t>
            </w:r>
          </w:p>
        </w:tc>
        <w:tc>
          <w:tcPr>
            <w:tcW w:type="dxa" w:w="5184"/>
          </w:tcPr>
          <w:p>
            <w:r>
              <w:t>☐ No   ☐ Yes (details below)</w:t>
            </w:r>
          </w:p>
        </w:tc>
      </w:tr>
      <w:tr>
        <w:tc>
          <w:tcPr>
            <w:tcW w:type="dxa" w:w="3744"/>
          </w:tcPr>
          <w:p>
            <w:r>
              <w:t>Any history of growling/snapping/biting?</w:t>
            </w:r>
          </w:p>
        </w:tc>
        <w:tc>
          <w:tcPr>
            <w:tcW w:type="dxa" w:w="5184"/>
          </w:tcPr>
          <w:p>
            <w:r>
              <w:t>☐ No   ☐ Yes (details below)</w:t>
            </w:r>
          </w:p>
        </w:tc>
      </w:tr>
      <w:tr>
        <w:tc>
          <w:tcPr>
            <w:tcW w:type="dxa" w:w="3744"/>
          </w:tcPr>
          <w:p>
            <w:r>
              <w:t>Resource guarding (toys/space/people)?</w:t>
            </w:r>
          </w:p>
        </w:tc>
        <w:tc>
          <w:tcPr>
            <w:tcW w:type="dxa" w:w="5184"/>
          </w:tcPr>
          <w:p>
            <w:r>
              <w:t>☐ No   ☐ Yes (details below)</w:t>
            </w:r>
          </w:p>
        </w:tc>
      </w:tr>
      <w:tr>
        <w:tc>
          <w:tcPr>
            <w:tcW w:type="dxa" w:w="3744"/>
          </w:tcPr>
          <w:p>
            <w:r>
              <w:t>Humping behaviour (dogs/people)?</w:t>
            </w:r>
          </w:p>
        </w:tc>
        <w:tc>
          <w:tcPr>
            <w:tcW w:type="dxa" w:w="5184"/>
          </w:tcPr>
          <w:p>
            <w:r>
              <w:t>☐ No   ☐ Yes (details below)</w:t>
            </w:r>
          </w:p>
        </w:tc>
      </w:tr>
      <w:tr>
        <w:tc>
          <w:tcPr>
            <w:tcW w:type="dxa" w:w="3744"/>
          </w:tcPr>
          <w:p>
            <w:r>
              <w:t>How does your dog cope with busy environments?</w:t>
            </w:r>
          </w:p>
        </w:tc>
        <w:tc>
          <w:tcPr>
            <w:tcW w:type="dxa" w:w="5184"/>
          </w:tcPr>
          <w:p>
            <w:r>
              <w:t>☐ Well   ☐ Unsure   ☐ Struggles</w:t>
            </w:r>
          </w:p>
        </w:tc>
      </w:tr>
      <w:tr>
        <w:tc>
          <w:tcPr>
            <w:tcW w:type="dxa" w:w="3744"/>
          </w:tcPr>
          <w:p>
            <w:r>
              <w:t>Any known triggers (e.g., male dogs, doorways, toys)?</w:t>
            </w:r>
          </w:p>
        </w:tc>
        <w:tc>
          <w:tcPr>
            <w:tcW w:type="dxa" w:w="5184"/>
          </w:tcPr>
          <w:p>
            <w:r>
              <w:t xml:space="preserve"> </w:t>
            </w:r>
          </w:p>
        </w:tc>
      </w:tr>
    </w:tbl>
    <w:p>
      <w:pPr/>
      <w:r>
        <w:t>Details (fights, aggression, humping, triggers, guarding):</w:t>
      </w:r>
    </w:p>
    <w:p>
      <w:pPr/>
      <w:r>
        <w:t>________________________________________________________________________________</w:t>
      </w:r>
    </w:p>
    <w:p>
      <w:pPr/>
      <w:r>
        <w:t>________________________________________________________________________________</w:t>
      </w:r>
    </w:p>
    <w:p>
      <w:pPr/>
      <w:r>
        <w:t>________________________________________________________________________________</w:t>
      </w:r>
    </w:p>
    <w:p>
      <w:pPr>
        <w:pStyle w:val="RootophiaH2"/>
      </w:pPr>
      <w:r>
        <w:t>8) Around People</w:t>
      </w:r>
    </w:p>
    <w:tbl>
      <w:tblPr>
        <w:tblStyle w:val="TableGrid"/>
        <w:tblW w:type="auto" w:w="0"/>
        <w:jc w:val="left"/>
        <w:tblLook w:firstColumn="1" w:firstRow="1" w:lastColumn="0" w:lastRow="0" w:noHBand="0" w:noVBand="1" w:val="04A0"/>
      </w:tblPr>
      <w:tblGrid>
        <w:gridCol w:w="4986"/>
        <w:gridCol w:w="4986"/>
      </w:tblGrid>
      <w:tr>
        <w:tc>
          <w:tcPr>
            <w:tcW w:type="dxa" w:w="3744"/>
          </w:tcPr>
          <w:p>
            <w:r>
              <w:t>How is your dog with unfamiliar adults?</w:t>
            </w:r>
          </w:p>
        </w:tc>
        <w:tc>
          <w:tcPr>
            <w:tcW w:type="dxa" w:w="5184"/>
          </w:tcPr>
          <w:p>
            <w:r>
              <w:t>☐ Friendly   ☐ Shy   ☐ Nervous   ☐ Reactive</w:t>
            </w:r>
          </w:p>
        </w:tc>
      </w:tr>
      <w:tr>
        <w:tc>
          <w:tcPr>
            <w:tcW w:type="dxa" w:w="3744"/>
          </w:tcPr>
          <w:p>
            <w:r>
              <w:t>How is your dog with children?</w:t>
            </w:r>
          </w:p>
        </w:tc>
        <w:tc>
          <w:tcPr>
            <w:tcW w:type="dxa" w:w="5184"/>
          </w:tcPr>
          <w:p>
            <w:r>
              <w:t>☐ Great   ☐ Limited experience   ☐ Not suitable</w:t>
            </w:r>
          </w:p>
        </w:tc>
      </w:tr>
      <w:tr>
        <w:tc>
          <w:tcPr>
            <w:tcW w:type="dxa" w:w="3744"/>
          </w:tcPr>
          <w:p>
            <w:r>
              <w:t>Any jumping/mouthing behaviour?</w:t>
            </w:r>
          </w:p>
        </w:tc>
        <w:tc>
          <w:tcPr>
            <w:tcW w:type="dxa" w:w="5184"/>
          </w:tcPr>
          <w:p>
            <w:r>
              <w:t>☐ No   ☐ Yes (details below)</w:t>
            </w:r>
          </w:p>
        </w:tc>
      </w:tr>
      <w:tr>
        <w:tc>
          <w:tcPr>
            <w:tcW w:type="dxa" w:w="3744"/>
          </w:tcPr>
          <w:p>
            <w:r>
              <w:t>Any fear of men/women/uniforms?</w:t>
            </w:r>
          </w:p>
        </w:tc>
        <w:tc>
          <w:tcPr>
            <w:tcW w:type="dxa" w:w="5184"/>
          </w:tcPr>
          <w:p>
            <w:r>
              <w:t>☐ No   ☐ Yes (details below)</w:t>
            </w:r>
          </w:p>
        </w:tc>
      </w:tr>
      <w:tr>
        <w:tc>
          <w:tcPr>
            <w:tcW w:type="dxa" w:w="3744"/>
          </w:tcPr>
          <w:p>
            <w:r>
              <w:t>Handling tolerance (paws/ears/coat)</w:t>
            </w:r>
          </w:p>
        </w:tc>
        <w:tc>
          <w:tcPr>
            <w:tcW w:type="dxa" w:w="5184"/>
          </w:tcPr>
          <w:p>
            <w:r>
              <w:t>☐ Good   ☐ Sensitive (details below)</w:t>
            </w:r>
          </w:p>
        </w:tc>
      </w:tr>
      <w:tr>
        <w:tc>
          <w:tcPr>
            <w:tcW w:type="dxa" w:w="3744"/>
          </w:tcPr>
          <w:p>
            <w:r>
              <w:t>Can your dog be safely put on a lead and guided?</w:t>
            </w:r>
          </w:p>
        </w:tc>
        <w:tc>
          <w:tcPr>
            <w:tcW w:type="dxa" w:w="5184"/>
          </w:tcPr>
          <w:p>
            <w:r>
              <w:t>☐ Yes   ☐ Sometimes   ☐ No</w:t>
            </w:r>
          </w:p>
        </w:tc>
      </w:tr>
      <w:tr>
        <w:tc>
          <w:tcPr>
            <w:tcW w:type="dxa" w:w="3744"/>
          </w:tcPr>
          <w:p>
            <w:r>
              <w:t>Any history of biting a person?</w:t>
            </w:r>
          </w:p>
        </w:tc>
        <w:tc>
          <w:tcPr>
            <w:tcW w:type="dxa" w:w="5184"/>
          </w:tcPr>
          <w:p>
            <w:r>
              <w:t>☐ No   ☐ Yes (details below)</w:t>
            </w:r>
          </w:p>
        </w:tc>
      </w:tr>
    </w:tbl>
    <w:p>
      <w:pPr/>
      <w:r>
        <w:t>Details (people, children, handling, bite history):</w:t>
      </w:r>
    </w:p>
    <w:p>
      <w:pPr/>
      <w:r>
        <w:t>________________________________________________________________________________</w:t>
      </w:r>
    </w:p>
    <w:p>
      <w:pPr/>
      <w:r>
        <w:t>________________________________________________________________________________</w:t>
      </w:r>
    </w:p>
    <w:p>
      <w:pPr/>
      <w:r>
        <w:t>________________________________________________________________________________</w:t>
      </w:r>
    </w:p>
    <w:p>
      <w:pPr>
        <w:pStyle w:val="RootophiaH2"/>
      </w:pPr>
      <w:r>
        <w:t>9) Stress, Separation &amp; Noise</w:t>
      </w:r>
    </w:p>
    <w:tbl>
      <w:tblPr>
        <w:tblStyle w:val="TableGrid"/>
        <w:tblW w:type="auto" w:w="0"/>
        <w:jc w:val="left"/>
        <w:tblLook w:firstColumn="1" w:firstRow="1" w:lastColumn="0" w:lastRow="0" w:noHBand="0" w:noVBand="1" w:val="04A0"/>
      </w:tblPr>
      <w:tblGrid>
        <w:gridCol w:w="4986"/>
        <w:gridCol w:w="4986"/>
      </w:tblGrid>
      <w:tr>
        <w:tc>
          <w:tcPr>
            <w:tcW w:type="dxa" w:w="3744"/>
          </w:tcPr>
          <w:p>
            <w:r>
              <w:t>Separation anxiety?</w:t>
            </w:r>
          </w:p>
        </w:tc>
        <w:tc>
          <w:tcPr>
            <w:tcW w:type="dxa" w:w="5184"/>
          </w:tcPr>
          <w:p>
            <w:r>
              <w:t>☐ No   ☐ Yes (signs/what helps)</w:t>
            </w:r>
          </w:p>
        </w:tc>
      </w:tr>
      <w:tr>
        <w:tc>
          <w:tcPr>
            <w:tcW w:type="dxa" w:w="3744"/>
          </w:tcPr>
          <w:p>
            <w:r>
              <w:t>Noise sensitivity (thunder/fireworks/barking)?</w:t>
            </w:r>
          </w:p>
        </w:tc>
        <w:tc>
          <w:tcPr>
            <w:tcW w:type="dxa" w:w="5184"/>
          </w:tcPr>
          <w:p>
            <w:r>
              <w:t>☐ No   ☐ Yes</w:t>
            </w:r>
          </w:p>
        </w:tc>
      </w:tr>
      <w:tr>
        <w:tc>
          <w:tcPr>
            <w:tcW w:type="dxa" w:w="3744"/>
          </w:tcPr>
          <w:p>
            <w:r>
              <w:t>Car travel</w:t>
            </w:r>
          </w:p>
        </w:tc>
        <w:tc>
          <w:tcPr>
            <w:tcW w:type="dxa" w:w="5184"/>
          </w:tcPr>
          <w:p>
            <w:r>
              <w:t>☐ Fine   ☐ Nervous   ☐ Gets car sick</w:t>
            </w:r>
          </w:p>
        </w:tc>
      </w:tr>
      <w:tr>
        <w:tc>
          <w:tcPr>
            <w:tcW w:type="dxa" w:w="3744"/>
          </w:tcPr>
          <w:p>
            <w:r>
              <w:t>Can your dog rest calmly indoors?</w:t>
            </w:r>
          </w:p>
        </w:tc>
        <w:tc>
          <w:tcPr>
            <w:tcW w:type="dxa" w:w="5184"/>
          </w:tcPr>
          <w:p>
            <w:r>
              <w:t>☐ Yes   ☐ Sometimes   ☐ No</w:t>
            </w:r>
          </w:p>
        </w:tc>
      </w:tr>
      <w:tr>
        <w:tc>
          <w:tcPr>
            <w:tcW w:type="dxa" w:w="3744"/>
          </w:tcPr>
          <w:p>
            <w:r>
              <w:t>Crate trained (if relevant)</w:t>
            </w:r>
          </w:p>
        </w:tc>
        <w:tc>
          <w:tcPr>
            <w:tcW w:type="dxa" w:w="5184"/>
          </w:tcPr>
          <w:p>
            <w:r>
              <w:t>☐ Yes   ☐ No   ☐ Not sure</w:t>
            </w:r>
          </w:p>
        </w:tc>
      </w:tr>
      <w:tr>
        <w:tc>
          <w:tcPr>
            <w:tcW w:type="dxa" w:w="3744"/>
          </w:tcPr>
          <w:p>
            <w:r>
              <w:t>Anything that helps your dog settle?</w:t>
            </w:r>
          </w:p>
        </w:tc>
        <w:tc>
          <w:tcPr>
            <w:tcW w:type="dxa" w:w="5184"/>
          </w:tcPr>
          <w:p>
            <w:r>
              <w:t xml:space="preserve"> </w:t>
            </w:r>
          </w:p>
        </w:tc>
      </w:tr>
    </w:tbl>
    <w:p>
      <w:pPr/>
    </w:p>
    <w:p>
      <w:pPr>
        <w:pStyle w:val="RootophiaH2"/>
      </w:pPr>
      <w:r>
        <w:t>10) Training &amp; Routine</w:t>
      </w:r>
    </w:p>
    <w:tbl>
      <w:tblPr>
        <w:tblStyle w:val="TableGrid"/>
        <w:tblW w:type="auto" w:w="0"/>
        <w:jc w:val="left"/>
        <w:tblLook w:firstColumn="1" w:firstRow="1" w:lastColumn="0" w:lastRow="0" w:noHBand="0" w:noVBand="1" w:val="04A0"/>
      </w:tblPr>
      <w:tblGrid>
        <w:gridCol w:w="4986"/>
        <w:gridCol w:w="4986"/>
      </w:tblGrid>
      <w:tr>
        <w:tc>
          <w:tcPr>
            <w:tcW w:type="dxa" w:w="3744"/>
          </w:tcPr>
          <w:p>
            <w:r>
              <w:t>Recall</w:t>
            </w:r>
          </w:p>
        </w:tc>
        <w:tc>
          <w:tcPr>
            <w:tcW w:type="dxa" w:w="5184"/>
          </w:tcPr>
          <w:p>
            <w:r>
              <w:t>☐ Reliable   ☐ Improving   ☐ Not reliable</w:t>
            </w:r>
          </w:p>
        </w:tc>
      </w:tr>
      <w:tr>
        <w:tc>
          <w:tcPr>
            <w:tcW w:type="dxa" w:w="3744"/>
          </w:tcPr>
          <w:p>
            <w:r>
              <w:t>Lead walking</w:t>
            </w:r>
          </w:p>
        </w:tc>
        <w:tc>
          <w:tcPr>
            <w:tcW w:type="dxa" w:w="5184"/>
          </w:tcPr>
          <w:p>
            <w:r>
              <w:t>☐ Loose lead   ☐ Pulls   ☐ Reactive</w:t>
            </w:r>
          </w:p>
        </w:tc>
      </w:tr>
      <w:tr>
        <w:tc>
          <w:tcPr>
            <w:tcW w:type="dxa" w:w="3744"/>
          </w:tcPr>
          <w:p>
            <w:r>
              <w:t>Cues your dog knows (sit, wait, leave, etc.)</w:t>
            </w:r>
          </w:p>
        </w:tc>
        <w:tc>
          <w:tcPr>
            <w:tcW w:type="dxa" w:w="5184"/>
          </w:tcPr>
          <w:p>
            <w:r>
              <w:t xml:space="preserve"> </w:t>
            </w:r>
          </w:p>
        </w:tc>
      </w:tr>
      <w:tr>
        <w:tc>
          <w:tcPr>
            <w:tcW w:type="dxa" w:w="3744"/>
          </w:tcPr>
          <w:p>
            <w:r>
              <w:t>Toilet routine</w:t>
            </w:r>
          </w:p>
        </w:tc>
        <w:tc>
          <w:tcPr>
            <w:tcW w:type="dxa" w:w="5184"/>
          </w:tcPr>
          <w:p>
            <w:r>
              <w:t xml:space="preserve"> </w:t>
            </w:r>
          </w:p>
        </w:tc>
      </w:tr>
      <w:tr>
        <w:tc>
          <w:tcPr>
            <w:tcW w:type="dxa" w:w="3744"/>
          </w:tcPr>
          <w:p>
            <w:r>
              <w:t>Play style (chase, wrestle, fetch, sniff)</w:t>
            </w:r>
          </w:p>
        </w:tc>
        <w:tc>
          <w:tcPr>
            <w:tcW w:type="dxa" w:w="5184"/>
          </w:tcPr>
          <w:p>
            <w:r>
              <w:t xml:space="preserve"> </w:t>
            </w:r>
          </w:p>
        </w:tc>
      </w:tr>
      <w:tr>
        <w:tc>
          <w:tcPr>
            <w:tcW w:type="dxa" w:w="3744"/>
          </w:tcPr>
          <w:p>
            <w:r>
              <w:t>Favourite rewards (toys/attention/treats)</w:t>
            </w:r>
          </w:p>
        </w:tc>
        <w:tc>
          <w:tcPr>
            <w:tcW w:type="dxa" w:w="5184"/>
          </w:tcPr>
          <w:p>
            <w:r>
              <w:t xml:space="preserve"> </w:t>
            </w:r>
          </w:p>
        </w:tc>
      </w:tr>
      <w:tr>
        <w:tc>
          <w:tcPr>
            <w:tcW w:type="dxa" w:w="3744"/>
          </w:tcPr>
          <w:p>
            <w:r>
              <w:t>Any restrictions or special instructions for staff?</w:t>
            </w:r>
          </w:p>
        </w:tc>
        <w:tc>
          <w:tcPr>
            <w:tcW w:type="dxa" w:w="5184"/>
          </w:tcPr>
          <w:p>
            <w:r>
              <w:t xml:space="preserve"> </w:t>
            </w:r>
          </w:p>
        </w:tc>
      </w:tr>
    </w:tbl>
    <w:p>
      <w:r>
        <w:br w:type="page"/>
      </w:r>
    </w:p>
    <w:p>
      <w:pPr>
        <w:pStyle w:val="RootophiaH1"/>
      </w:pPr>
      <w:r>
        <w:t>CLIENT AGREEMENT, CONSENTS &amp; SIGNATURE</w:t>
      </w:r>
    </w:p>
    <w:p>
      <w:pPr/>
      <w:r>
        <w:t>Please read carefully and tick each box to confirm. This document forms part of your agreement with Rootophia Daycare.</w:t>
      </w:r>
    </w:p>
    <w:p>
      <w:pPr/>
      <w:r>
        <w:t>☐ I confirm that the information provided in this form is accurate and complete to the best of my knowledge.</w:t>
      </w:r>
    </w:p>
    <w:p>
      <w:pPr/>
      <w:r>
        <w:t>☐ I understand all dogs must be fully vaccinated, and I will provide proof before the assessment/trial day.</w:t>
      </w:r>
    </w:p>
    <w:p>
      <w:pPr/>
      <w:r>
        <w:t>☐ I confirm my dog is fit and well to attend daycare, and I will not bring my dog if they are unwell or contagious.</w:t>
      </w:r>
    </w:p>
    <w:p>
      <w:pPr/>
      <w:r>
        <w:t>☐ I understand bitches in season cannot attend daycare.</w:t>
      </w:r>
    </w:p>
    <w:p>
      <w:pPr/>
      <w:r>
        <w:t>☐ I understand Rootophia may refuse, suspend or end sessions if a dog shows unsafe behaviour, excessive stress, or is not suitable for group daycare.</w:t>
      </w:r>
    </w:p>
    <w:p>
      <w:pPr/>
      <w:r>
        <w:t>☐ I understand and accept the intact male policy: intact males are considered case-by-case, only with chemical castration proof, and may be declined if humping or aggression is present.</w:t>
      </w:r>
    </w:p>
    <w:p>
      <w:pPr/>
      <w:r>
        <w:t>☐ I authorise Rootophia staff to use reasonable handling measures to keep dogs safe (e.g., lead, separation, time-out, isolation area when required).</w:t>
      </w:r>
    </w:p>
    <w:p>
      <w:pPr/>
      <w:r>
        <w:t>☐ I authorise Rootophia to seek veterinary treatment in an emergency if I cannot be contacted, and I agree to pay any veterinary costs incurred.</w:t>
      </w:r>
    </w:p>
    <w:p>
      <w:pPr/>
      <w:r>
        <w:t>☐ I give permission for basic first aid to be administered if required.</w:t>
      </w:r>
    </w:p>
    <w:p>
      <w:pPr/>
      <w:r>
        <w:t>☐ Photo &amp; social media permission: ☐ Yes, you may post my dog   ☐ No, please do not post my dog</w:t>
      </w:r>
    </w:p>
    <w:p>
      <w:pPr/>
      <w:r>
        <w:t>☐ I understand bookings should be made in advance and cancellations require 24 hours’ notice where possible.</w:t>
      </w:r>
    </w:p>
    <w:p>
      <w:pPr/>
      <w:r>
        <w:t>☐ I understand the late collection policy and agree that late fees may be taken automatically from the card/account used, and must be cleared before further sessions. Persistent late pickups may lead to suspension/cancellation.</w:t>
      </w:r>
    </w:p>
    <w:p>
      <w:pPr/>
      <w:r>
        <w:t>☐ I understand my dog must be collected by an authorised person, and I will notify Rootophia of any changes in advance.</w:t>
      </w:r>
    </w:p>
    <w:p>
      <w:pPr/>
      <w:r>
        <w:t>☐ I accept that group daycare involves normal dog play and interactions. Rootophia will manage groups responsibly, but I understand there is an inherent risk of minor injury in dog play.</w:t>
      </w:r>
    </w:p>
    <w:p>
      <w:pPr/>
    </w:p>
    <w:p>
      <w:pPr/>
      <w:r>
        <w:t>Name (print): ______________________________________________</w:t>
      </w:r>
    </w:p>
    <w:p>
      <w:pPr/>
      <w:r>
        <w:t>Signature: ________________________________________________   Date: ____ / ____ / ______</w:t>
      </w:r>
    </w:p>
    <w:p>
      <w:pPr/>
      <w:r>
        <w:t>Emergency contact name: _________________________________  Phone: ______________________</w:t>
      </w:r>
    </w:p>
    <w:sectPr w:rsidR="00FC693F" w:rsidRPr="0006063C" w:rsidSect="00034616">
      <w:headerReference w:type="default" r:id="rId9"/>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
      <w:drawing>
        <wp:inline xmlns:a="http://schemas.openxmlformats.org/drawingml/2006/main" xmlns:pic="http://schemas.openxmlformats.org/drawingml/2006/picture">
          <wp:extent cx="457200" cy="457200"/>
          <wp:docPr id="1" name="Picture 1"/>
          <wp:cNvGraphicFramePr>
            <a:graphicFrameLocks noChangeAspect="1"/>
          </wp:cNvGraphicFramePr>
          <a:graphic>
            <a:graphicData uri="http://schemas.openxmlformats.org/drawingml/2006/picture">
              <pic:pic>
                <pic:nvPicPr>
                  <pic:cNvPr id="0" name="AE40DE77-32AF-45C5-9B75-DE456542AF39.png"/>
                  <pic:cNvPicPr/>
                </pic:nvPicPr>
                <pic:blipFill>
                  <a:blip r:embed="rId1"/>
                  <a:stretch>
                    <a:fillRect/>
                  </a:stretch>
                </pic:blipFill>
                <pic:spPr>
                  <a:xfrm>
                    <a:off x="0" y="0"/>
                    <a:ext cx="457200" cy="457200"/>
                  </a:xfrm>
                  <a:prstGeom prst="rect"/>
                </pic:spPr>
              </pic:pic>
            </a:graphicData>
          </a:graphic>
        </wp:inline>
      </w:drawing>
    </w:r>
    <w:r>
      <w:t xml:space="preserve">  Rootophia Daycare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RootophiaTitle">
    <w:name w:val="Rootophia Title"/>
    <w:basedOn w:val="Title"/>
    <w:rPr>
      <w:rFonts w:ascii="Calibri" w:hAnsi="Calibri"/>
      <w:b/>
      <w:sz w:val="52"/>
    </w:rPr>
  </w:style>
  <w:style w:type="paragraph" w:customStyle="1" w:styleId="RootophiaH1">
    <w:name w:val="Rootophia H1"/>
    <w:basedOn w:val="Heading1"/>
    <w:rPr>
      <w:rFonts w:ascii="Calibri" w:hAnsi="Calibri"/>
      <w:b/>
      <w:sz w:val="36"/>
    </w:rPr>
  </w:style>
  <w:style w:type="paragraph" w:customStyle="1" w:styleId="RootophiaH2">
    <w:name w:val="Rootophia H2"/>
    <w:basedOn w:val="Heading2"/>
    <w:rPr>
      <w:rFonts w:ascii="Calibri" w:hAnsi="Calibri"/>
      <w:b/>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